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הסימנייה האישית שלי - מידות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מידות ולדעת להסביר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אישית של מידה להודות עליה ומידה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משפטי השראה לבין רעיון הבחירה וההתמדה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מידות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שליטה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לשים לב ולהודות על דברים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היכולת לוותר ולא להתעקש כל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בוחרים גם מידה להודות עליה וגם מידה לחיזוק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 מדגיש שיפור הדרגתי ולא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- יש קבצים להדפסה ועיצוב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שתי מידות שונות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בדף כתוב 'משפט משלי' כאפשרות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הזדמנות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מידה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להתגאות יותר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(היכולת לחכות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(לעמוד במילה ולהיות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באמת למה שאחרים אומרים)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(היכולת להסתגל לשינויים)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מילוי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לוודא שנבחרה מידה מהרשימה והנימוק הגיוני וקשור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פעולה קונקרטית וישימה הקשורה למידה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משפט חיובי ומעודד, מקורי או בהשראת הדוגמאות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מידה שמודים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מידה שרוצים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או כותבים משפט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עיצוב לסימנייה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מדפיסים או מעצבים את הסימנייה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מידה מהרשימה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מידה ממשית ולא כללית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או פרפרזה של אחד המשפטים עם נימוק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 ליצירת הסימנייה בפועל - קודם למלא את הדף ואז לעצב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מידה אישית ואמיתית ולא רק 'תשובה 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להקריא כמה משפטים מהרשימה ולבקש מהתלמידים להצביע איזה הכי מדבר אליהם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הסימנייה האישית שלי - מידות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הסימנייה האישית בוחרים מידה שמודים עליה, מידה שרוצים לחזק, ומשפט אישי שמלווה אותנו. דף התרגול הזה עוסק במידות, במשמעותן ובמסר של התמדה ושיפור עצמי.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מידות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המידה המתוארת באימוג'י 👀 ברשימת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מידה קשורה ליכולת לעצור ולחשוב לפני שפועלים?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ותרנות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המשמעות של 'הכרת הטוב'?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הרבה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ולהודות על דברים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יפה אל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לסדר את 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מידה מהרשימה קשורה ליכולת להמשיך ולא לוותר גם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'ותרנות'?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לוותר ולא להתעקש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לנהל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לדבר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היכולת לדמיין דברים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הסימנייה בוחרים רק מידה אחת לחיזוק, בלי מידה להודות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'לא צריך להיות מושלמים, רק להשתדל להיות טובים יותר' מעודד אותנו להשתפר בהדרגה.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תבניות של הסימנייה ולעצב אותה ביד.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וחוכמה הן אותה מידה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משפט אישי משלנו ולא רק מהרשימה שבדף.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בדף אומר: בכל יום יש לי __________ לבחור מחדש.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הדף, המידות שלנו הן הדרך שלנו ל__________ על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אימוג'י 🦁 מסמל בדף את המידה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אימוג'י 💎 מסמל בדף את המידה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בדף אפשר לבחור עיצוב סימנייה כמו זריחה, עלה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המשפט בדף אומר שאחרי הפעולות נמשכים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מידה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לעמוד במילה ולהיות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היכולת להסתגל לשינויים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לשים לב באמת למה שאחרים אומרים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להתגאות יותר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גמישות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היכולת לחכות בלי לכעוס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מילוי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מהרשימה שאתם מודים עליה, וכתבו משפט קצר שמסביר למה דווקא היא חשובה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מידה אחת שהייתם רוצים לחזק, וכתבו פעולה קטנה אחת שתוכלו לעשות השבוע כדי להתקדם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אישי משלכם (כמו המשפטים בדף) שיכול ללוות אתכם במהלך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או מעצבים את הסימנייה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מידה שרוצים לחזק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עיצוב לסימנייה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או כותבים משפט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מידה שמודים עליה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מידה אחת שאתם גאים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מידה אחת שהייתם רוצים לחזק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המשפט שהכי דיבר אליכם מהדף,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הסימנייה האישית שלי - מידות ובחירה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