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הסימנייה האישית שלי - מידות ובחירה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מגוון מידות ולדעת להסביר את 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בחירה אישית של מידה להודות עליה ומידה לחיזוק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משפטי השראה לבין רעיון הבחירה וההתמדה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מידות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עין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שליטה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לשים לב ולהודות על דברים טובים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התמדה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היכולת לוותר ולא להתעקש כל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בדף בוחרים גם מידה להודות עליה וגם מידה לחיזוק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המשפט מדגיש שיפור הדרגתי ולא 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בדף - יש קבצים להדפסה ועיצוב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אלו שתי מידות שונות ברשימה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בדף כתוב 'משפט משלי' כאפשרות נוספת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הזדמנות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השפיע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לבבות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מידה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(לא להתגאות יותר מדי)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(היכולת לחכות בלי לכעוס)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(לעמוד במילה ולהיות ישר)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(לשים לב באמת למה שאחרים אומרים)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(היכולת להסתגל לשינויים)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מילוי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יש לוודא שנבחרה מידה מהרשימה והנימוק הגיוני וקשור 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פעולה קונקרטית וישימה הקשורה למידה שנבחרה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- משפט חיובי ומעודד, מקורי או בהשראת הדוגמאות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מידה שמודים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מידה שרוצים לחזק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או כותבים משפט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עיצוב לסימנייה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מדפיסים או מעצבים את הסימנייה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שם מידה מהרשימה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מידה ממשית ולא כללית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ציטוט או פרפרזה של אחד המשפטים עם נימוק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התרגיל ליצירת הסימנייה בפועל - קודם למלא את הדף ואז לעצב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לבחור מידה אישית ואמיתית ולא רק 'תשובה נכונה'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להקריא כמה משפטים מהרשימה ולבקש מהתלמידים להצביע איזה הכי מדבר אליהם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הסימנייה האישית שלי - מידות ובחירה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בוחרים מידה אחת שאנחנו שמחים שיש לנו, ומידה אחת שרוצים להתחזק בה. גם בוחרים משפט שמזכיר לנו להשתדל כל 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תכונה טובה באופי שלנו, כמו סבלנות או אדיבות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הכרת הטוב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להגיד תודה ולשים לב לדברים הטובים שיש 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ענווה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להתגאות יותר מדי, להיות צנוע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כוח פנימי להתמודד עם קשיים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להמשיך לנסות ולא לוותר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שליטה עצמית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לעצור ולחשוב לפני שפועלים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סימנייה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קטן ומעוצב שמסמן מקום בספר, וכאן גם מסמל מידה אישית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ביטחון עצמי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אמון ביכולות ובערך העצמי שלנו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מידות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מידה מסומנת באימוג'י עין?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עין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יצירתיות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סקרנות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מידה עוזרת לנו לעצור לפני שאנחנו פועלים?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שליטה 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נתינה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ותרנות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חוש הומור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הכרת הטוב?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לדעת הרבה 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לשים לב ולהודות על דברים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יפה אל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לסדר את החדר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מתארת להמשיך ולא לוותר?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ותרנות?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היכולת לוותר ולא להתעקש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היכולת לנהל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היכולת לדבר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היכולת לדמיין דברים חדשים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הסימנייה בוחרים רק מידה אחת לחיזוק, בלי מידה להודות עליה.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'לא צריך להיות מושלמים, רק להשתדל להיות טובים יותר' מעודד אותנו להשתפר בהדרגה.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להדפיס תבניות של הסימנייה ולעצב אותה ביד.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וחוכמה הן אותה מידה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משפט אישי משלנו ולא רק מהרשימה שבדף.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המשפט בדף אומר: בכל יום יש לי __________ לבחור מחדש.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הדף, המידות שלנו הן הדרך שלנו ל__________ על העולם.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אימוג'י 🦁 מסמל בדף את המידה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אימוג'י 💎 מסמל בדף את המידה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בדף אפשר לבחור עיצוב סימנייה כמו זריחה, עלה או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המשפט בדף אומר שאחרי הפעולות נמשכים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מידה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ענווה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היכולת לחכות בלי לכעוס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לעמוד במילה ולהיות ישר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אמינות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לשים לב באמת למה שאחרים אומרים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הקשבה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היכולת להסתגל לשינויים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גמישות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להתגאות יותר מדי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מילוי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מידה אחת מהרשימה שאתם מודים עליה, וכתבו משפט קצר שמסביר למה דווקא היא חשובה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מידה אחת שהייתם רוצים לחזק, וכתבו פעולה קטנה אחת שתוכלו לעשות השבוע כדי להתקדם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אישי משלכם (כמו המשפטים בדף) שיכול ללוות אתכם במהלך השנה.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עיצוב לסימנייה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או כותבים משפט אישי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מדפיסים או מעצבים את הסימנייה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מידה שמודים עליה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מידה שרוצים לחזק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מידה אחת שאתם גאים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מידה אחת שהייתם רוצים לחזק השנה?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המשפט שהכי דיבר אליכם מהדף,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הסימנייה האישית שלי - מידות ובחירה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