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הסימנייה האישית שלי - מידות ובחירה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מגוון מידות ולדעת להסביר את משמעותן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בחירה אישית של מידה להודות עליה ומידה לחיזוק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בין משפטי השראה לבין רעיון הבחירה וההתמדה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מידות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עין טובה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שליטה עצמית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בדף בוחרים גם מידה להודות עליה וגם מידה לחיזוק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המשפט מדגיש שיפור הדרגתי ולא שלמות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בדף - יש קבצים להדפסה ועיצוב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הזדמנות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השפיע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אומץ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מידה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(לא להתגאות יותר מדי)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(היכולת לחכות בלי לכעוס)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(לעמוד במילה ולהיות ישר)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(לשים לב באמת למה שאחרים אומרים)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מילוי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יש לוודא שנבחרה מידה מהרשימה והנימוק הגיוני וקשור אליה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- פעולה קונקרטית וישימה הקשורה למידה שנבחרה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מידה שמודים עליה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בוחרים מידה שרוצים לחזק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בוחרים או כותבים משפט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בוחרים עיצוב לסימנייה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הכוללת שם מידה מהרשימה עם הסבר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הכוללת מידה ממשית ולא כללית מדי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ציטוט או פרפרזה של אחד המשפטים עם נימוק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את התרגיל ליצירת הסימנייה בפועל - קודם למלא את הדף ואז לעצב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לבחור מידה אישית ואמיתית ולא רק 'תשובה נכונה'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להקריא כמה משפטים מהרשימה ולבקש מהתלמידים להצביע איזה הכי מדבר אליהם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הסימנייה האישית שלי - מידות ובחירה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הסימנייה האישית בוחרים מידה שמודים עליה, מידה שרוצים לחזק, ומשפט אישי שמלווה אותנו. דף התרגול הזה עוסק במידות, במשמעותן ובמסר של התמדה ושיפור עצמי.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אומץ  ·  השפיע  ·  הזדמנות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מידות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המידה המתוארת באימוג'י 👀 ברשימת הדף?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עין טובה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חוכמה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יצירתיות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מידה קשורה ליכולת לעצור ולחשוב לפני שפועלים?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שליטה עצמית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נתינה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ותרנות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בדף הסימנייה בוחרים רק מידה אחת לחיזוק, בלי מידה להודות עליה.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המשפט 'לא צריך להיות מושלמים, רק להשתדל להיות טובים יותר' מעודד אותנו להשתפר בהדרגה.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להדפיס תבניות של הסימנייה ולעצב אותה ביד.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המשפט בדף אומר: בכל יום יש לי __________ לבחור מחדש.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לפי הדף, המידות שלנו הן הדרך שלנו ל__________ על העולם.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אימוג'י 🦁 מסמל בדף את המידה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מידה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ענווה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היכולת לחכות בלי לכעוס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סבלנות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לא להתגאות יותר מדי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אמינות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לשים לב באמת למה שאחרים אומרים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הקשבה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לעמוד במילה ולהיות ישר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מילוי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מידה אחת מהרשימה שאתם מודים עליה, וכתבו משפט קצר שמסביר למה דווקא היא חשובה 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בחרו מידה אחת שהייתם רוצים לחזק, וכתבו פעולה קטנה אחת שתוכלו לעשות השבוע כדי להתקדם בה.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עיצוב לסימנייה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מידה שמודים עליה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מידה שרוצים לחזק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או כותבים משפט אישי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מידה אחת שאתם גאים 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מידה אחת שהייתם רוצים לחזק השנה?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הסימנייה האישית שלי - מידות ובחירה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